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9572" w14:textId="77777777" w:rsidR="00D647CB" w:rsidRDefault="009D27DE">
      <w:pPr>
        <w:spacing w:after="40"/>
        <w:jc w:val="center"/>
      </w:pPr>
      <w:r>
        <w:rPr>
          <w:noProof/>
        </w:rPr>
        <w:drawing>
          <wp:inline distT="0" distB="0" distL="0" distR="0" wp14:anchorId="4135F69A" wp14:editId="6FB4BBF2">
            <wp:extent cx="5583549" cy="1241425"/>
            <wp:effectExtent l="0" t="0" r="508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_disposisi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4888" cy="12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B0B63" w14:textId="77777777" w:rsidR="00D647CB" w:rsidRPr="00707C99" w:rsidRDefault="009D27DE">
      <w:pPr>
        <w:spacing w:after="100"/>
        <w:jc w:val="center"/>
        <w:rPr>
          <w:sz w:val="28"/>
          <w:szCs w:val="28"/>
        </w:rPr>
      </w:pPr>
      <w:r w:rsidRPr="00707C99">
        <w:rPr>
          <w:b/>
          <w:sz w:val="28"/>
          <w:szCs w:val="28"/>
        </w:rPr>
        <w:t>LEMBAR DISPOSISI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3117"/>
      </w:tblGrid>
      <w:tr w:rsidR="00D647CB" w14:paraId="2A49F7B1" w14:textId="77777777" w:rsidTr="00C93A45">
        <w:trPr>
          <w:trHeight w:val="340"/>
          <w:jc w:val="center"/>
        </w:trPr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087B1" w14:textId="77777777" w:rsidR="00D647CB" w:rsidRDefault="009D27DE">
            <w:pPr>
              <w:spacing w:after="0" w:line="216" w:lineRule="auto"/>
              <w:jc w:val="center"/>
            </w:pPr>
            <w:r>
              <w:rPr>
                <w:b/>
                <w:sz w:val="17"/>
              </w:rPr>
              <w:t>INFORMASI SURAT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26A05" w14:textId="77777777" w:rsidR="00D647CB" w:rsidRDefault="009D27DE">
            <w:pPr>
              <w:spacing w:after="0" w:line="216" w:lineRule="auto"/>
              <w:jc w:val="center"/>
            </w:pPr>
            <w:r>
              <w:rPr>
                <w:b/>
                <w:sz w:val="17"/>
              </w:rPr>
              <w:t>KLASIFIKASI PERIHAL</w:t>
            </w:r>
          </w:p>
        </w:tc>
      </w:tr>
      <w:tr w:rsidR="00D647CB" w14:paraId="1364899C" w14:textId="77777777" w:rsidTr="00504DCD">
        <w:trPr>
          <w:trHeight w:val="17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00BC7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proofErr w:type="spellStart"/>
            <w:r w:rsidRPr="00310506">
              <w:rPr>
                <w:bCs/>
              </w:rPr>
              <w:t>Nomor</w:t>
            </w:r>
            <w:proofErr w:type="spellEnd"/>
            <w:r w:rsidRPr="00310506">
              <w:rPr>
                <w:bCs/>
              </w:rPr>
              <w:t xml:space="preserve"> Agenda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0C042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310506">
              <w:rPr>
                <w:bCs/>
              </w:rPr>
              <w:t>{{</w:t>
            </w:r>
            <w:proofErr w:type="spellStart"/>
            <w:r w:rsidRPr="00310506">
              <w:rPr>
                <w:bCs/>
              </w:rPr>
              <w:t>nomor_agenda</w:t>
            </w:r>
            <w:proofErr w:type="spellEnd"/>
            <w:r w:rsidRPr="00310506">
              <w:rPr>
                <w:bCs/>
              </w:rPr>
              <w:t>}}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CA4A2" w14:textId="485E8213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{{klsf_421_3_urusan_smp}}</w:t>
            </w:r>
            <w:r w:rsidR="007F296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421.3</w:t>
            </w:r>
            <w:r w:rsidR="00016572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Urusan</w:t>
            </w:r>
            <w:proofErr w:type="spellEnd"/>
            <w:r w:rsidRPr="00310506">
              <w:rPr>
                <w:bCs/>
              </w:rPr>
              <w:t xml:space="preserve"> SMP</w:t>
            </w:r>
          </w:p>
        </w:tc>
      </w:tr>
      <w:tr w:rsidR="00D647CB" w14:paraId="1D9B4D1B" w14:textId="77777777" w:rsidTr="00504DCD">
        <w:trPr>
          <w:trHeight w:val="17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FE657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proofErr w:type="spellStart"/>
            <w:r w:rsidRPr="00310506">
              <w:rPr>
                <w:bCs/>
              </w:rPr>
              <w:t>Tanggal</w:t>
            </w:r>
            <w:proofErr w:type="spellEnd"/>
            <w:r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Terima</w:t>
            </w:r>
            <w:proofErr w:type="spell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441B6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310506">
              <w:rPr>
                <w:bCs/>
              </w:rPr>
              <w:t>{{</w:t>
            </w:r>
            <w:proofErr w:type="spellStart"/>
            <w:r w:rsidRPr="00310506">
              <w:rPr>
                <w:bCs/>
              </w:rPr>
              <w:t>tgl_terima</w:t>
            </w:r>
            <w:proofErr w:type="spellEnd"/>
            <w:r w:rsidRPr="00310506">
              <w:rPr>
                <w:bCs/>
              </w:rPr>
              <w:t>}}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9E678" w14:textId="67F49D90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{{klsf_421_7_kesiswaan}}</w:t>
            </w:r>
            <w:r w:rsidR="007F296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 xml:space="preserve">421.7 </w:t>
            </w:r>
            <w:proofErr w:type="spellStart"/>
            <w:r w:rsidRPr="00310506">
              <w:rPr>
                <w:bCs/>
              </w:rPr>
              <w:t>Kegiatan</w:t>
            </w:r>
            <w:proofErr w:type="spellEnd"/>
            <w:r w:rsidR="007B54B0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Kesiswaan</w:t>
            </w:r>
            <w:proofErr w:type="spellEnd"/>
          </w:p>
        </w:tc>
      </w:tr>
      <w:tr w:rsidR="00D647CB" w14:paraId="2757715C" w14:textId="77777777" w:rsidTr="00504DCD">
        <w:trPr>
          <w:trHeight w:val="17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9D188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proofErr w:type="spellStart"/>
            <w:r w:rsidRPr="00310506">
              <w:rPr>
                <w:bCs/>
              </w:rPr>
              <w:t>Tanggal</w:t>
            </w:r>
            <w:proofErr w:type="spellEnd"/>
            <w:r w:rsidRPr="00310506">
              <w:rPr>
                <w:bCs/>
              </w:rPr>
              <w:t xml:space="preserve"> Surat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84E9C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310506">
              <w:rPr>
                <w:bCs/>
              </w:rPr>
              <w:t>{{</w:t>
            </w:r>
            <w:proofErr w:type="spellStart"/>
            <w:r w:rsidRPr="00310506">
              <w:rPr>
                <w:bCs/>
              </w:rPr>
              <w:t>tgl_surat</w:t>
            </w:r>
            <w:proofErr w:type="spellEnd"/>
            <w:r w:rsidRPr="00310506">
              <w:rPr>
                <w:bCs/>
              </w:rPr>
              <w:t>}}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C8859" w14:textId="5B9679C3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{{klsf_422_kurikulum}}</w:t>
            </w:r>
            <w:r w:rsidR="007F296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 xml:space="preserve">422 </w:t>
            </w:r>
            <w:proofErr w:type="spellStart"/>
            <w:r w:rsidRPr="00310506">
              <w:rPr>
                <w:bCs/>
              </w:rPr>
              <w:t>Kurikulum</w:t>
            </w:r>
            <w:proofErr w:type="spellEnd"/>
          </w:p>
        </w:tc>
      </w:tr>
      <w:tr w:rsidR="00D647CB" w14:paraId="4F1D757B" w14:textId="77777777" w:rsidTr="00504DCD">
        <w:trPr>
          <w:trHeight w:val="17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4A4A5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proofErr w:type="spellStart"/>
            <w:r w:rsidRPr="00310506">
              <w:rPr>
                <w:bCs/>
              </w:rPr>
              <w:t>Nomor</w:t>
            </w:r>
            <w:proofErr w:type="spellEnd"/>
            <w:r w:rsidRPr="00310506">
              <w:rPr>
                <w:bCs/>
              </w:rPr>
              <w:t xml:space="preserve"> Surat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D400F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310506">
              <w:rPr>
                <w:bCs/>
              </w:rPr>
              <w:t>{{</w:t>
            </w:r>
            <w:proofErr w:type="spellStart"/>
            <w:r w:rsidRPr="00310506">
              <w:rPr>
                <w:bCs/>
              </w:rPr>
              <w:t>nomor_surat_masuk</w:t>
            </w:r>
            <w:proofErr w:type="spellEnd"/>
            <w:r w:rsidRPr="00310506">
              <w:rPr>
                <w:bCs/>
              </w:rPr>
              <w:t>}}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F4B6D" w14:textId="36CA1145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{{klsf_424_perpustakaan}}</w:t>
            </w:r>
            <w:r w:rsidR="007F296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424</w:t>
            </w:r>
            <w:r w:rsidR="00016572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Perpustakaan</w:t>
            </w:r>
            <w:proofErr w:type="spellEnd"/>
          </w:p>
        </w:tc>
      </w:tr>
      <w:tr w:rsidR="00D647CB" w14:paraId="03D99CD3" w14:textId="77777777" w:rsidTr="00504DCD">
        <w:trPr>
          <w:trHeight w:val="17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0C434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proofErr w:type="spellStart"/>
            <w:r w:rsidRPr="00310506">
              <w:rPr>
                <w:bCs/>
              </w:rPr>
              <w:t>Asal</w:t>
            </w:r>
            <w:proofErr w:type="spellEnd"/>
            <w:r w:rsidRPr="00310506">
              <w:rPr>
                <w:bCs/>
              </w:rPr>
              <w:t xml:space="preserve"> Surat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3D489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310506">
              <w:rPr>
                <w:bCs/>
              </w:rPr>
              <w:t>{{</w:t>
            </w:r>
            <w:proofErr w:type="spellStart"/>
            <w:r w:rsidRPr="00310506">
              <w:rPr>
                <w:bCs/>
              </w:rPr>
              <w:t>asal_surat</w:t>
            </w:r>
            <w:proofErr w:type="spellEnd"/>
            <w:r w:rsidRPr="00310506">
              <w:rPr>
                <w:bCs/>
              </w:rPr>
              <w:t>}}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D56D9" w14:textId="01055F55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{{klsf_005_undangan}}</w:t>
            </w:r>
            <w:r w:rsidR="007F2965" w:rsidRPr="008B7286">
              <w:rPr>
                <w:b/>
              </w:rPr>
              <w:t xml:space="preserve"> </w:t>
            </w:r>
            <w:r w:rsidRPr="00310506">
              <w:rPr>
                <w:bCs/>
              </w:rPr>
              <w:t xml:space="preserve">005 </w:t>
            </w:r>
            <w:proofErr w:type="spellStart"/>
            <w:r w:rsidRPr="00310506">
              <w:rPr>
                <w:bCs/>
              </w:rPr>
              <w:t>Undangan</w:t>
            </w:r>
            <w:proofErr w:type="spellEnd"/>
          </w:p>
        </w:tc>
      </w:tr>
      <w:tr w:rsidR="00D647CB" w14:paraId="6BC819DB" w14:textId="77777777" w:rsidTr="00504DCD">
        <w:trPr>
          <w:trHeight w:val="17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203E6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proofErr w:type="spellStart"/>
            <w:r w:rsidRPr="00310506">
              <w:rPr>
                <w:bCs/>
              </w:rPr>
              <w:t>Perihal</w:t>
            </w:r>
            <w:proofErr w:type="spell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C5FB4" w14:textId="77777777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310506">
              <w:rPr>
                <w:bCs/>
              </w:rPr>
              <w:t>{{</w:t>
            </w:r>
            <w:proofErr w:type="spellStart"/>
            <w:r w:rsidRPr="00310506">
              <w:rPr>
                <w:bCs/>
              </w:rPr>
              <w:t>perihal</w:t>
            </w:r>
            <w:proofErr w:type="spellEnd"/>
            <w:r w:rsidRPr="00310506">
              <w:rPr>
                <w:bCs/>
              </w:rPr>
              <w:t>}}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04B5E" w14:textId="4626FC7F" w:rsidR="00D647CB" w:rsidRPr="00310506" w:rsidRDefault="009D27DE" w:rsidP="00504DCD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{{klsf_800_kepegawaian}}</w:t>
            </w:r>
            <w:r w:rsidR="007F296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800</w:t>
            </w:r>
            <w:r w:rsidR="00016572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Kepegawaian</w:t>
            </w:r>
            <w:proofErr w:type="spellEnd"/>
          </w:p>
        </w:tc>
      </w:tr>
      <w:tr w:rsidR="00016572" w14:paraId="72A0180F" w14:textId="77777777" w:rsidTr="00504DCD">
        <w:trPr>
          <w:trHeight w:val="170"/>
          <w:jc w:val="center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694D60D" w14:textId="77777777" w:rsidR="00016572" w:rsidRPr="00310506" w:rsidRDefault="00016572" w:rsidP="00504DCD">
            <w:pPr>
              <w:spacing w:after="0" w:line="216" w:lineRule="auto"/>
              <w:jc w:val="center"/>
              <w:rPr>
                <w:bCs/>
              </w:rPr>
            </w:pPr>
            <w:r w:rsidRPr="00310506">
              <w:rPr>
                <w:bCs/>
              </w:rPr>
              <w:t>Sifat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6E4955A" w14:textId="635B8086" w:rsidR="00016572" w:rsidRPr="00310506" w:rsidRDefault="00016572" w:rsidP="00504DCD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sifat_penting</w:t>
            </w:r>
            <w:proofErr w:type="spellEnd"/>
            <w:r w:rsidRPr="008B7286">
              <w:rPr>
                <w:b/>
              </w:rPr>
              <w:t>}}</w:t>
            </w:r>
            <w:r w:rsidR="007F2965" w:rsidRPr="00310506">
              <w:rPr>
                <w:bCs/>
              </w:rPr>
              <w:t xml:space="preserve"> </w:t>
            </w:r>
            <w:proofErr w:type="spellStart"/>
            <w:proofErr w:type="gramStart"/>
            <w:r w:rsidRPr="00310506">
              <w:rPr>
                <w:bCs/>
              </w:rPr>
              <w:t>Penting</w:t>
            </w:r>
            <w:proofErr w:type="spellEnd"/>
            <w:r w:rsidRPr="00310506">
              <w:rPr>
                <w:bCs/>
              </w:rPr>
              <w:t xml:space="preserve">  </w:t>
            </w:r>
            <w:r w:rsidRPr="008B7286">
              <w:rPr>
                <w:b/>
              </w:rPr>
              <w:t>{</w:t>
            </w:r>
            <w:proofErr w:type="gramEnd"/>
            <w:r w:rsidRPr="008B7286">
              <w:rPr>
                <w:b/>
              </w:rPr>
              <w:t>{</w:t>
            </w:r>
            <w:proofErr w:type="spellStart"/>
            <w:r w:rsidRPr="008B7286">
              <w:rPr>
                <w:b/>
              </w:rPr>
              <w:t>sifat_biasa</w:t>
            </w:r>
            <w:proofErr w:type="spellEnd"/>
            <w:r w:rsidRPr="008B7286">
              <w:rPr>
                <w:b/>
              </w:rPr>
              <w:t>}}</w:t>
            </w:r>
            <w:r w:rsidR="007F296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Biasa</w:t>
            </w:r>
            <w:proofErr w:type="spellEnd"/>
            <w:r w:rsidR="00F052AC" w:rsidRPr="00310506">
              <w:rPr>
                <w:bCs/>
              </w:rPr>
              <w:t xml:space="preserve">  </w:t>
            </w: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sifat_rahasia</w:t>
            </w:r>
            <w:proofErr w:type="spellEnd"/>
            <w:r w:rsidRPr="008B7286">
              <w:rPr>
                <w:b/>
              </w:rPr>
              <w:t>}}</w:t>
            </w:r>
            <w:r w:rsidR="007F296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Rahasia</w:t>
            </w:r>
            <w:proofErr w:type="spellEnd"/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27570" w14:textId="60B16BF4" w:rsidR="00016572" w:rsidRPr="00310506" w:rsidRDefault="00016572" w:rsidP="00504DCD">
            <w:pPr>
              <w:spacing w:after="0" w:line="216" w:lineRule="auto"/>
              <w:rPr>
                <w:bCs/>
                <w:szCs w:val="16"/>
              </w:rPr>
            </w:pPr>
            <w:r w:rsidRPr="008B7286">
              <w:rPr>
                <w:rFonts w:cs="Times New Roman"/>
                <w:b/>
                <w:szCs w:val="16"/>
              </w:rPr>
              <w:t>{{klsf_900_keuangan}}</w:t>
            </w:r>
            <w:r w:rsidR="007F2965" w:rsidRPr="00310506">
              <w:rPr>
                <w:rFonts w:cs="Times New Roman"/>
                <w:bCs/>
                <w:szCs w:val="16"/>
              </w:rPr>
              <w:t xml:space="preserve"> </w:t>
            </w:r>
            <w:r w:rsidRPr="00310506">
              <w:rPr>
                <w:rFonts w:cs="Times New Roman"/>
                <w:bCs/>
                <w:szCs w:val="16"/>
              </w:rPr>
              <w:t xml:space="preserve">900 </w:t>
            </w:r>
            <w:proofErr w:type="spellStart"/>
            <w:r w:rsidRPr="00310506">
              <w:rPr>
                <w:rFonts w:cs="Times New Roman"/>
                <w:bCs/>
                <w:szCs w:val="16"/>
              </w:rPr>
              <w:t>Keuangan</w:t>
            </w:r>
            <w:proofErr w:type="spellEnd"/>
            <w:r w:rsidRPr="00310506">
              <w:rPr>
                <w:rFonts w:cs="Times New Roman"/>
                <w:bCs/>
                <w:szCs w:val="16"/>
              </w:rPr>
              <w:t>/BOS/</w:t>
            </w:r>
            <w:proofErr w:type="spellStart"/>
            <w:r w:rsidRPr="00310506">
              <w:rPr>
                <w:rFonts w:cs="Times New Roman"/>
                <w:bCs/>
                <w:szCs w:val="16"/>
              </w:rPr>
              <w:t>Pajak</w:t>
            </w:r>
            <w:proofErr w:type="spellEnd"/>
          </w:p>
        </w:tc>
      </w:tr>
      <w:tr w:rsidR="00016572" w14:paraId="47592E2D" w14:textId="77777777" w:rsidTr="00504DCD">
        <w:trPr>
          <w:trHeight w:val="170"/>
          <w:jc w:val="center"/>
        </w:trPr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23B9D" w14:textId="77777777" w:rsidR="00016572" w:rsidRPr="00310506" w:rsidRDefault="00016572" w:rsidP="00504DCD">
            <w:pPr>
              <w:spacing w:after="0" w:line="216" w:lineRule="auto"/>
              <w:rPr>
                <w:bCs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5DD4A" w14:textId="77777777" w:rsidR="00016572" w:rsidRPr="00310506" w:rsidRDefault="00016572" w:rsidP="00504DCD">
            <w:pPr>
              <w:spacing w:after="0" w:line="216" w:lineRule="auto"/>
              <w:rPr>
                <w:bCs/>
              </w:rPr>
            </w:pP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71EE7" w14:textId="11875073" w:rsidR="00016572" w:rsidRPr="00310506" w:rsidRDefault="00016572" w:rsidP="00504DCD">
            <w:pPr>
              <w:spacing w:after="0" w:line="216" w:lineRule="auto"/>
              <w:rPr>
                <w:rFonts w:cs="Times New Roman"/>
                <w:bCs/>
                <w:szCs w:val="16"/>
              </w:rPr>
            </w:pPr>
            <w:r w:rsidRPr="008B7286">
              <w:rPr>
                <w:rFonts w:cs="Times New Roman"/>
                <w:b/>
                <w:szCs w:val="16"/>
              </w:rPr>
              <w:t>{{klsf_070_penelitian}}</w:t>
            </w:r>
            <w:r w:rsidR="007F2965" w:rsidRPr="00310506">
              <w:rPr>
                <w:rFonts w:cs="Times New Roman"/>
                <w:bCs/>
                <w:szCs w:val="16"/>
              </w:rPr>
              <w:t xml:space="preserve"> </w:t>
            </w:r>
            <w:r w:rsidRPr="00310506">
              <w:rPr>
                <w:rFonts w:cs="Times New Roman"/>
                <w:bCs/>
                <w:szCs w:val="16"/>
              </w:rPr>
              <w:t xml:space="preserve">070 </w:t>
            </w:r>
            <w:proofErr w:type="spellStart"/>
            <w:r w:rsidRPr="00310506">
              <w:rPr>
                <w:rFonts w:cs="Times New Roman"/>
                <w:bCs/>
                <w:szCs w:val="16"/>
              </w:rPr>
              <w:t>Penelitian</w:t>
            </w:r>
            <w:proofErr w:type="spellEnd"/>
          </w:p>
        </w:tc>
      </w:tr>
    </w:tbl>
    <w:p w14:paraId="02C7F781" w14:textId="77777777" w:rsidR="00D647CB" w:rsidRDefault="00D647CB">
      <w:pPr>
        <w:spacing w:after="1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3402"/>
        <w:gridCol w:w="3118"/>
      </w:tblGrid>
      <w:tr w:rsidR="00D647CB" w14:paraId="77E26A59" w14:textId="77777777" w:rsidTr="00FC44FD">
        <w:trPr>
          <w:trHeight w:val="57"/>
          <w:jc w:val="center"/>
        </w:trPr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ED3AC" w14:textId="77777777" w:rsidR="00D647CB" w:rsidRDefault="009D27DE">
            <w:pPr>
              <w:spacing w:after="0" w:line="216" w:lineRule="auto"/>
              <w:jc w:val="center"/>
            </w:pPr>
            <w:r>
              <w:rPr>
                <w:b/>
              </w:rPr>
              <w:t xml:space="preserve">TUJUAN DISPOSISI </w:t>
            </w:r>
            <w:proofErr w:type="gramStart"/>
            <w:r>
              <w:rPr>
                <w:b/>
              </w:rPr>
              <w:t xml:space="preserve">( </w:t>
            </w:r>
            <w:proofErr w:type="spellStart"/>
            <w:r>
              <w:rPr>
                <w:b/>
              </w:rPr>
              <w:t>Kepada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Yth</w:t>
            </w:r>
            <w:proofErr w:type="spellEnd"/>
            <w:r>
              <w:rPr>
                <w:b/>
              </w:rPr>
              <w:t>. 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B5616" w14:textId="77777777" w:rsidR="00D647CB" w:rsidRDefault="009D27DE">
            <w:pPr>
              <w:spacing w:after="0" w:line="216" w:lineRule="auto"/>
              <w:jc w:val="center"/>
            </w:pPr>
            <w:r>
              <w:rPr>
                <w:b/>
              </w:rPr>
              <w:t>INSTRUKSI/CATATAN KEPALA SEKOLAH</w:t>
            </w:r>
          </w:p>
        </w:tc>
      </w:tr>
      <w:tr w:rsidR="00D647CB" w14:paraId="22621D96" w14:textId="77777777" w:rsidTr="009171CF">
        <w:trPr>
          <w:trHeight w:val="170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6C8CD" w14:textId="6B519E2C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tujuan_waka_kurikulum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Wak</w:t>
            </w:r>
            <w:r w:rsidR="00B40891" w:rsidRPr="00310506">
              <w:rPr>
                <w:bCs/>
              </w:rPr>
              <w:t xml:space="preserve">a </w:t>
            </w:r>
            <w:proofErr w:type="spellStart"/>
            <w:r w:rsidRPr="00310506">
              <w:rPr>
                <w:bCs/>
              </w:rPr>
              <w:t>Kurikulum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22CAD" w14:textId="4A282543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tujuan_bendahara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Bendahara</w:t>
            </w:r>
            <w:proofErr w:type="spellEnd"/>
            <w:r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Sekolah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8B845" w14:textId="0814F46F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instruksi_laksanakan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Laksanakan</w:t>
            </w:r>
            <w:proofErr w:type="spellEnd"/>
            <w:r w:rsidRPr="00310506">
              <w:rPr>
                <w:bCs/>
              </w:rPr>
              <w:t>/</w:t>
            </w:r>
            <w:proofErr w:type="spellStart"/>
            <w:r w:rsidRPr="00310506">
              <w:rPr>
                <w:bCs/>
              </w:rPr>
              <w:t>tindak</w:t>
            </w:r>
            <w:proofErr w:type="spellEnd"/>
            <w:r w:rsidR="00B40891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lanjuti</w:t>
            </w:r>
            <w:proofErr w:type="spellEnd"/>
          </w:p>
        </w:tc>
      </w:tr>
      <w:tr w:rsidR="00D647CB" w14:paraId="1DA76E27" w14:textId="77777777" w:rsidTr="009171CF">
        <w:trPr>
          <w:trHeight w:val="170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5DA56" w14:textId="352DF39F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tujuan_waka_kesiswaan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Waka</w:t>
            </w:r>
            <w:r w:rsidR="00B40891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Kesiswaan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5DCB9" w14:textId="012A5C60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tujuan_pembina_osis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 xml:space="preserve">Pembina </w:t>
            </w:r>
            <w:proofErr w:type="spellStart"/>
            <w:r w:rsidRPr="00310506">
              <w:rPr>
                <w:bCs/>
              </w:rPr>
              <w:t>Osis</w:t>
            </w:r>
            <w:proofErr w:type="spellEnd"/>
            <w:r w:rsidRPr="00310506">
              <w:rPr>
                <w:bCs/>
              </w:rPr>
              <w:t>/</w:t>
            </w:r>
            <w:proofErr w:type="spellStart"/>
            <w:r w:rsidRPr="00310506">
              <w:rPr>
                <w:bCs/>
              </w:rPr>
              <w:t>Ekstra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189FC" w14:textId="26F1EAE4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instruksi_wakili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Wakili</w:t>
            </w:r>
            <w:proofErr w:type="spellEnd"/>
            <w:r w:rsidRPr="00310506">
              <w:rPr>
                <w:bCs/>
              </w:rPr>
              <w:t>/</w:t>
            </w:r>
            <w:proofErr w:type="spellStart"/>
            <w:r w:rsidRPr="00310506">
              <w:rPr>
                <w:bCs/>
              </w:rPr>
              <w:t>hadiri</w:t>
            </w:r>
            <w:proofErr w:type="spellEnd"/>
          </w:p>
        </w:tc>
      </w:tr>
      <w:tr w:rsidR="00D647CB" w14:paraId="05158B75" w14:textId="77777777" w:rsidTr="009171CF">
        <w:trPr>
          <w:trHeight w:val="170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98D55" w14:textId="3EE7FB7F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tujuan_waka_sarpras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Waka</w:t>
            </w:r>
            <w:r w:rsidR="00B40891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Sarpras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FD471" w14:textId="51268AF7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tujuan_guru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Guru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5AF5E" w14:textId="29CCF8E2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instruksi_agendakan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Agendakan</w:t>
            </w:r>
            <w:proofErr w:type="spellEnd"/>
            <w:r w:rsidRPr="00310506">
              <w:rPr>
                <w:bCs/>
              </w:rPr>
              <w:t>/</w:t>
            </w:r>
            <w:proofErr w:type="spellStart"/>
            <w:r w:rsidRPr="00310506">
              <w:rPr>
                <w:bCs/>
              </w:rPr>
              <w:t>koordinasikan</w:t>
            </w:r>
            <w:proofErr w:type="spellEnd"/>
          </w:p>
        </w:tc>
      </w:tr>
      <w:tr w:rsidR="00D647CB" w14:paraId="71B71AF1" w14:textId="77777777" w:rsidTr="009171CF">
        <w:trPr>
          <w:trHeight w:val="170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3C6F8" w14:textId="64A7FDB8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tujuan_waka_humas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Waka</w:t>
            </w:r>
            <w:r w:rsidR="00B40891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Humas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4EC2B" w14:textId="33A21CB0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tujuan_wali_kelas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Wali</w:t>
            </w:r>
            <w:proofErr w:type="spellEnd"/>
            <w:r w:rsidR="00944BEA">
              <w:rPr>
                <w:bCs/>
              </w:rPr>
              <w:t xml:space="preserve"> </w:t>
            </w:r>
            <w:r w:rsidRPr="00310506">
              <w:rPr>
                <w:bCs/>
              </w:rPr>
              <w:t>Kelas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4D975" w14:textId="3774B797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instruksi_pelajari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Pelajari</w:t>
            </w:r>
            <w:proofErr w:type="spellEnd"/>
            <w:r w:rsidRPr="00310506">
              <w:rPr>
                <w:bCs/>
              </w:rPr>
              <w:t>/</w:t>
            </w:r>
            <w:proofErr w:type="spellStart"/>
            <w:r w:rsidRPr="00310506">
              <w:rPr>
                <w:bCs/>
              </w:rPr>
              <w:t>laporkan</w:t>
            </w:r>
            <w:proofErr w:type="spellEnd"/>
          </w:p>
        </w:tc>
      </w:tr>
      <w:tr w:rsidR="00D647CB" w14:paraId="23547696" w14:textId="77777777" w:rsidTr="009171CF">
        <w:trPr>
          <w:trHeight w:val="170"/>
          <w:jc w:val="center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18DA8" w14:textId="1BBD59BB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tujuan_ktu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Kepala</w:t>
            </w:r>
            <w:proofErr w:type="spellEnd"/>
            <w:r w:rsidRPr="00310506">
              <w:rPr>
                <w:bCs/>
              </w:rPr>
              <w:t xml:space="preserve"> Tata</w:t>
            </w:r>
            <w:r w:rsidR="00B40891" w:rsidRPr="00310506">
              <w:rPr>
                <w:bCs/>
              </w:rPr>
              <w:t xml:space="preserve"> </w:t>
            </w:r>
            <w:r w:rsidRPr="00310506">
              <w:rPr>
                <w:bCs/>
              </w:rPr>
              <w:t>Usaha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4347C" w14:textId="77777777" w:rsidR="00D647CB" w:rsidRPr="00310506" w:rsidRDefault="00D647CB">
            <w:pPr>
              <w:spacing w:after="0" w:line="216" w:lineRule="auto"/>
              <w:rPr>
                <w:bCs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E3358" w14:textId="13B3EC42" w:rsidR="00D647CB" w:rsidRPr="00310506" w:rsidRDefault="009D27DE">
            <w:pPr>
              <w:spacing w:after="0" w:line="216" w:lineRule="auto"/>
              <w:rPr>
                <w:bCs/>
              </w:rPr>
            </w:pPr>
            <w:r w:rsidRPr="008B7286">
              <w:rPr>
                <w:b/>
              </w:rPr>
              <w:t>{{</w:t>
            </w:r>
            <w:proofErr w:type="spellStart"/>
            <w:r w:rsidRPr="008B7286">
              <w:rPr>
                <w:b/>
              </w:rPr>
              <w:t>instruksi_arsipkan</w:t>
            </w:r>
            <w:proofErr w:type="spellEnd"/>
            <w:r w:rsidRPr="008B7286">
              <w:rPr>
                <w:b/>
              </w:rPr>
              <w:t>}}</w:t>
            </w:r>
            <w:r w:rsidR="00533BA5"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Untuk</w:t>
            </w:r>
            <w:proofErr w:type="spellEnd"/>
            <w:r w:rsidRPr="00310506">
              <w:rPr>
                <w:bCs/>
              </w:rPr>
              <w:t xml:space="preserve"> </w:t>
            </w:r>
            <w:proofErr w:type="spellStart"/>
            <w:r w:rsidRPr="00310506">
              <w:rPr>
                <w:bCs/>
              </w:rPr>
              <w:t>diketahui</w:t>
            </w:r>
            <w:proofErr w:type="spellEnd"/>
            <w:r w:rsidRPr="00310506">
              <w:rPr>
                <w:bCs/>
              </w:rPr>
              <w:t>/</w:t>
            </w:r>
            <w:proofErr w:type="spellStart"/>
            <w:r w:rsidRPr="00310506">
              <w:rPr>
                <w:bCs/>
              </w:rPr>
              <w:t>arsipkan</w:t>
            </w:r>
            <w:proofErr w:type="spellEnd"/>
          </w:p>
        </w:tc>
      </w:tr>
    </w:tbl>
    <w:p w14:paraId="7A561422" w14:textId="77777777" w:rsidR="00D647CB" w:rsidRDefault="00D647CB">
      <w:pPr>
        <w:spacing w:after="10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73"/>
      </w:tblGrid>
      <w:tr w:rsidR="00D647CB" w14:paraId="243D20C0" w14:textId="77777777" w:rsidTr="006078A6">
        <w:trPr>
          <w:trHeight w:val="284"/>
          <w:jc w:val="center"/>
        </w:trPr>
        <w:tc>
          <w:tcPr>
            <w:tcW w:w="8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DB80B" w14:textId="77777777" w:rsidR="008C23F6" w:rsidRDefault="009D27DE">
            <w:pPr>
              <w:spacing w:after="0" w:line="216" w:lineRule="auto"/>
              <w:rPr>
                <w:b/>
              </w:rPr>
            </w:pPr>
            <w:proofErr w:type="spellStart"/>
            <w:r>
              <w:rPr>
                <w:b/>
                <w:sz w:val="22"/>
              </w:rPr>
              <w:t>Catatan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proofErr w:type="gramStart"/>
            <w:r>
              <w:rPr>
                <w:b/>
                <w:sz w:val="22"/>
              </w:rPr>
              <w:t>Khusus</w:t>
            </w:r>
            <w:proofErr w:type="spellEnd"/>
            <w:r>
              <w:rPr>
                <w:b/>
                <w:sz w:val="22"/>
              </w:rPr>
              <w:t xml:space="preserve"> :</w:t>
            </w:r>
            <w:proofErr w:type="gramEnd"/>
            <w:r w:rsidR="008C23F6">
              <w:rPr>
                <w:b/>
              </w:rPr>
              <w:t xml:space="preserve"> </w:t>
            </w:r>
          </w:p>
          <w:p w14:paraId="1F603A79" w14:textId="77777777" w:rsidR="00D647CB" w:rsidRDefault="009D27DE">
            <w:pPr>
              <w:spacing w:after="0" w:line="216" w:lineRule="auto"/>
            </w:pPr>
            <w:r>
              <w:t>{{</w:t>
            </w:r>
            <w:proofErr w:type="spellStart"/>
            <w:r>
              <w:t>catatan_khusus</w:t>
            </w:r>
            <w:proofErr w:type="spellEnd"/>
            <w:r>
              <w:t>}}</w:t>
            </w:r>
          </w:p>
          <w:p w14:paraId="534F4CAB" w14:textId="5665EDCA" w:rsidR="006078A6" w:rsidRDefault="006078A6">
            <w:pPr>
              <w:spacing w:after="0" w:line="216" w:lineRule="auto"/>
            </w:pPr>
          </w:p>
        </w:tc>
      </w:tr>
    </w:tbl>
    <w:p w14:paraId="581E3D6A" w14:textId="4BAC8608" w:rsidR="00D647CB" w:rsidRDefault="009D27DE" w:rsidP="0002616A">
      <w:pPr>
        <w:spacing w:before="280" w:after="440"/>
        <w:ind w:right="1842"/>
        <w:jc w:val="right"/>
        <w:rPr>
          <w:b/>
          <w:sz w:val="17"/>
        </w:rPr>
      </w:pPr>
      <w:proofErr w:type="spellStart"/>
      <w:r>
        <w:rPr>
          <w:b/>
          <w:sz w:val="17"/>
        </w:rPr>
        <w:t>Kepala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Sekolah</w:t>
      </w:r>
      <w:proofErr w:type="spellEnd"/>
    </w:p>
    <w:p w14:paraId="349ECF6D" w14:textId="77777777" w:rsidR="00707C99" w:rsidRDefault="00707C99" w:rsidP="00BA4BF8">
      <w:pPr>
        <w:spacing w:before="280" w:after="440"/>
        <w:ind w:right="1558"/>
        <w:jc w:val="right"/>
      </w:pPr>
    </w:p>
    <w:p w14:paraId="1B26F948" w14:textId="77777777" w:rsidR="00D647CB" w:rsidRDefault="009D27DE" w:rsidP="00115A2F">
      <w:pPr>
        <w:spacing w:after="0"/>
        <w:ind w:left="5812" w:right="-1"/>
      </w:pPr>
      <w:r>
        <w:t>{{</w:t>
      </w:r>
      <w:proofErr w:type="spellStart"/>
      <w:r>
        <w:t>kepala_</w:t>
      </w:r>
      <w:proofErr w:type="gramStart"/>
      <w:r>
        <w:t>sekolah.nama</w:t>
      </w:r>
      <w:proofErr w:type="spellEnd"/>
      <w:proofErr w:type="gramEnd"/>
      <w:r>
        <w:t>}}</w:t>
      </w:r>
      <w:r>
        <w:br/>
        <w:t>NIK. {{</w:t>
      </w:r>
      <w:proofErr w:type="spellStart"/>
      <w:r>
        <w:t>kepala_sekolah.nik</w:t>
      </w:r>
      <w:proofErr w:type="spellEnd"/>
      <w:r>
        <w:t>}}</w:t>
      </w:r>
    </w:p>
    <w:sectPr w:rsidR="00D647CB" w:rsidSect="00DE37D5">
      <w:pgSz w:w="9354" w:h="12189"/>
      <w:pgMar w:top="17" w:right="283" w:bottom="227" w:left="283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572"/>
    <w:rsid w:val="0002616A"/>
    <w:rsid w:val="00034616"/>
    <w:rsid w:val="0006063C"/>
    <w:rsid w:val="00115A2F"/>
    <w:rsid w:val="0015074B"/>
    <w:rsid w:val="00262E52"/>
    <w:rsid w:val="0029639D"/>
    <w:rsid w:val="00310506"/>
    <w:rsid w:val="00326F90"/>
    <w:rsid w:val="00504DCD"/>
    <w:rsid w:val="00533BA5"/>
    <w:rsid w:val="005509FF"/>
    <w:rsid w:val="006078A6"/>
    <w:rsid w:val="006652DC"/>
    <w:rsid w:val="006707A7"/>
    <w:rsid w:val="00707C99"/>
    <w:rsid w:val="007B54B0"/>
    <w:rsid w:val="007D7957"/>
    <w:rsid w:val="007F2965"/>
    <w:rsid w:val="008B7286"/>
    <w:rsid w:val="008C23F6"/>
    <w:rsid w:val="009171CF"/>
    <w:rsid w:val="00944BEA"/>
    <w:rsid w:val="009D27DE"/>
    <w:rsid w:val="00AA1D8D"/>
    <w:rsid w:val="00AF26AD"/>
    <w:rsid w:val="00B40891"/>
    <w:rsid w:val="00B46A4D"/>
    <w:rsid w:val="00B47730"/>
    <w:rsid w:val="00BA4BF8"/>
    <w:rsid w:val="00C93A45"/>
    <w:rsid w:val="00CB0664"/>
    <w:rsid w:val="00D647CB"/>
    <w:rsid w:val="00DE37D5"/>
    <w:rsid w:val="00E736F9"/>
    <w:rsid w:val="00F052AC"/>
    <w:rsid w:val="00FB5993"/>
    <w:rsid w:val="00FC44FD"/>
    <w:rsid w:val="00FC693F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C2384"/>
  <w14:defaultImageDpi w14:val="300"/>
  <w15:docId w15:val="{53729879-C492-D643-881E-86F02F44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44</cp:revision>
  <dcterms:created xsi:type="dcterms:W3CDTF">2013-12-23T23:15:00Z</dcterms:created>
  <dcterms:modified xsi:type="dcterms:W3CDTF">2026-07-27T04:00:00Z</dcterms:modified>
  <cp:category/>
</cp:coreProperties>
</file>